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חדשות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הדרך של השוקולד מהעץ עד החנות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באזור חם וגשום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גרעיני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סוכר וחלב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תבנית מיוחדת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עץ הקקאו גדל באזורים חמים וגשומים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פולי הקקאו הם החומר העיקרי בשוקולד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הסוכר נותן לשוקולד טעם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השוקולד נארז בחבילה לפני שמגיע 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שוקולד מיוצר בכמויות גדולות במפעלים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חבילה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(פרי שממנו מכינים 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(מקום שבו מייצרים מוצרים)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(לאסוף פירות מהעץ)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(לשים כמה דברים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(אריזה של מוצר)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קוטפים את פירות הקקאו מהעץ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את גרעיני הקקאו ומייבשים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מביאים את הגרעינים למפעל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מערבבים את הקקאו עם סוכר וחלב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שמים את השוקולד בתבנית ואורזים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שהתלמידים כתבו משפטים נכונים לפי שלבי הייצור, השתמשו במילים החדשות ובמשפטים שלמים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יודע/ת שקקאו גדל על עץ באזור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יודע/ת שהשוקולד מיוצר במפעל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נבדק לפי המילה שנבחרה ברשימת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של פרי הקקאו והמפעל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לעבוד בזוגות על חלק ההתאמה והסידור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נוגה ומסע השוקולד מספר על הדרך של השוקולד מהעץ ועד לחנות. בדף הזה נתרגל מילים חדשות ונבדוק הבנת הנקרא.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קקאו גדל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בארץ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בים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באזור חם וגשום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בקוטב הדרומי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מהפרי של עץ הקקאו מוציאים...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גרעיני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עלים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קליפות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כדי להכין שוקולד מתוק מערבבים את הקקאו עם...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 ופלפל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 וצבע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ועפר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סוכר וחלב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השוקולד מיוצר בכמויות גדולות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גן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אחרי שמכינים את תערובת השוקולד שמים אותה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שקית ניילון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ארגז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תבנית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קופסת נעליים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הקקאו גדל רק בארצות קרות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מפולי הקקאו מכינים שוקולד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בשוקולד יש גם סוכר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השוקולד מגיע לחנות בלי שום אריזה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להכין שוקולד רק 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הקקאו גדל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להכין שוקולד מערבבים קקאו עם __________ וחלב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השוקולד מיוצר במקום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הערבוב שמים את השוקולד ב__________ מיוחדת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שהשוקולד מגיע לחנות הוא ארוז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קקאו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לשים כמה דברים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אריזה של מוצר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לקצור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פרי שממנו מכינים שוקולד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לערבב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לאסוף פירות מהעץ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שבו מייצרים מוצרים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מביאים את הגרעינים למפעל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קוטפים את פירות הקקאו מהעץ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 את גרעיני הקקאו ומייבשים אותם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את השוקולד בתבנית ואורזים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מערבבים את הקקאו עם סוכר וחלב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מסע השוקולד, מהעץ ועד החנות. השתמשו בשתי מילים חדשות מהרשימה.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גדל על עץ הקקאו?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מכינים שוקולד בכמויות גדולות?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חדשה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השוקולד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