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הדרך של השוקולד מהעץ 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באזור חם וגשום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גרעיני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סוכר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תבנית מיוחדת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עץ הקקאו גדל באזורים חמים וגשומים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פולי הקקאו הם החומר העיקרי בשוקולד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הסוכר נותן לשוקולד טעם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השוקולד נארז בחבילה לפני שמגיע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שוקולד מיוצר בכמויות גדולות במפעלים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(פרי שממנו מכינים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שבו מייצרים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(לאסוף פירות מהעץ)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(לשים כמה דברים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(אריזה של מוצר)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גרעיני הקקאו ומייבשים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את הגרעינים למפעל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מערבבים את הקקאו עם סוכר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שמים את השוקולד בתבנית ואורזים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שהתלמידים כתבו משפטים נכונים לפי שלבי הייצור, השתמשו במילים החדשות ובמשפטים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שקקאו גדל על עץ באזור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שהשוקולד מיוצר במפעל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נבדק לפי המילה שנבחרה ברשימת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פרי הקקאו והמפעל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לעבוד בזוגות על חלק ההתאמה והסידור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שוקולד. נוגה לומדת איך עושים שוקולד. נלמד מילים חדשות בעברית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קָקָאו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הפרי שממנו מכינים שוקולד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גדול שגדל בגינה או ביער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מִפְעָל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מייצרים הרבה מוצרים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לִקְצוֹר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פירות מהעץ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לְעַרְבֵּב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כמה דברים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חָלָב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לבן ששמים באוכל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סוּכָּר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מתוק ששמים באוכל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חֲבִילָה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אריזה של 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גדל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בארץ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באזור חם וגשום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בקוטב הדרומי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בתוך הפרי של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גרעיני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קליפות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לקקאו כדי שיהיה מתוק?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 ופלפל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ועפר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סוכר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מכינים הרבה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שמים את השוקולד אחרי הערבוב?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שקית ניילון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ארגז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תבנית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קופסת נעליים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רק בארצות קרות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מפולי הקקאו מכינים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בשוקולד יש גם סוכר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השוקולד מגיע לחנות בלי שום אריזה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להכין שוקולד רק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הקקאו גדל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להכין שוקולד מערבבים קקאו עם __________ וחלב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השוקולד מיוצר במקום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הערבוב שמים את השוקולד ב__________ מיוחדת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שהשוקולד מגיע לחנות הוא ארוז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שבו מייצרים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לשים כמה דברים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לקצור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אריזה של 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לערבב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לאסוף פירות מהעץ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פרי שממנו מכינים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את הגרעינים למפעל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מערבבים את הקקאו עם סוכר וחלב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השוקולד בתבנית ואורזים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פירות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את גרעיני הקקאו ומייבשים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מסע השוקולד, מהעץ ועד החנות. השתמשו בשתי מילים חדשות מהרשימה.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גדל על עץ הקקאו?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מכינים שוקולד בכמויות גדולות?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