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השוקולד – עולים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מילים חדשות בעברית פשוטה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הדרך של השוקולד מהעץ עד החנות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וסדר 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קוראים ומבינים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באזור חם וגשום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גרעיני קקאו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עץ הקקאו גדל באזורים חמים וגשומים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פולי הקקאו הם החומר העיקרי בשוקולד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סוכר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(פרי שממנו מכינים שוקולד)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ב (מקום שבו מייצרים מוצרים)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(לאסוף פירות מהעץ)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קודם למה?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קוטפים את פירות הקקאו מהעץ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מוציאים את גרעיני הקקאו ומייבשים אותם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מערבבים את הקקאו עם סוכר וחלב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בדקו שהתלמידים כתבו משפטים נכונים לפי שלבי הייצור, השתמשו במילים החדשות ובמשפטים שלמים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יודע/ת שקקאו גדל על עץ באזור חם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יודע/ת שהשוקולד מיוצר במפעל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נבדק לפי המילה שנבחרה ברשימת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בקול לפני התרגול כדי לחזק הבנת הנשמע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תמונות של פרי הקקאו והמפעל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מומלץ לעבוד בזוגות על חלק ההתאמה והסידור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השוקולד – עולים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הסיפור נוגה ומסע השוקולד מספר על הדרך של השוקולד מהעץ ועד לחנות. בדף הזה נתרגל מילים חדשות ונבדוק הבנת הנקרא.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עץ  ·  סוכר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קוראים ומבינים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קקאו גדל בעיקר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בארץ 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בים הגדול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באזור חם וגשום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מהפרי של עץ הקקאו מוציאים...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גרעיני קקאו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עלים ירוקים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שורשים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עץ הקקאו גדל רק בארצות קרות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מפולי הקקאו מכינים שוקולד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הקקאו גדל על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כדי להכין שוקולד מערבבים קקאו עם __________ וחלב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קקאו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לאסוף פירות מהעץ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מפעל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מקום שבו מייצרים מוצרים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לקצור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פרי שממנו מכינים שוקולד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מה קודם למה?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מערבבים את הקקאו עם סוכר וחלב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קוטפים את פירות הקקאו מהעץ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מוציאים את גרעיני הקקאו ומייבשים אותם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שלושה משפטים על מסע השוקולד, מהעץ ועד החנות. השתמשו בשתי מילים חדשות מהרשימה.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גדל על עץ הקקאו?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איפה מכינים שוקולד בכמויות גדולות?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השוקולד – עולים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